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4182C" w14:textId="77777777" w:rsidR="003B1E9C" w:rsidRPr="003B1E9C" w:rsidRDefault="003B1E9C" w:rsidP="003B1E9C">
      <w:pPr>
        <w:keepNext/>
        <w:ind w:firstLine="0"/>
        <w:jc w:val="left"/>
        <w:rPr>
          <w:sz w:val="36"/>
          <w:szCs w:val="36"/>
          <w:lang w:val="ru-RU"/>
        </w:rPr>
      </w:pPr>
      <w:r w:rsidRPr="003B1E9C">
        <w:rPr>
          <w:b/>
          <w:sz w:val="36"/>
          <w:szCs w:val="36"/>
          <w:lang w:val="ru-RU" w:eastAsia="ru-RU"/>
        </w:rPr>
        <w:t>Правила участия</w:t>
      </w:r>
      <w:r w:rsidRPr="003B1E9C">
        <w:rPr>
          <w:sz w:val="36"/>
          <w:szCs w:val="36"/>
          <w:lang w:val="ru-RU"/>
        </w:rPr>
        <w:t xml:space="preserve"> </w:t>
      </w:r>
    </w:p>
    <w:p w14:paraId="4EE5D2C2" w14:textId="174F4FC6" w:rsidR="00E82481" w:rsidRPr="003B1E9C" w:rsidRDefault="003B1E9C" w:rsidP="003B1E9C">
      <w:pPr>
        <w:keepNext/>
        <w:ind w:firstLine="0"/>
        <w:jc w:val="left"/>
        <w:rPr>
          <w:sz w:val="32"/>
          <w:szCs w:val="32"/>
          <w:lang w:val="ru-RU"/>
        </w:rPr>
      </w:pPr>
      <w:r w:rsidRPr="003B1E9C">
        <w:rPr>
          <w:b/>
          <w:sz w:val="32"/>
          <w:szCs w:val="32"/>
          <w:lang w:val="ru-RU" w:eastAsia="ru-RU"/>
        </w:rPr>
        <w:t>в мероприятии</w:t>
      </w:r>
      <w:r w:rsidRPr="003B1E9C">
        <w:rPr>
          <w:sz w:val="32"/>
          <w:szCs w:val="32"/>
          <w:lang w:val="ru-RU"/>
        </w:rPr>
        <w:t xml:space="preserve"> </w:t>
      </w:r>
      <w:r w:rsidRPr="003B1E9C">
        <w:rPr>
          <w:b/>
          <w:sz w:val="32"/>
          <w:szCs w:val="32"/>
          <w:lang w:val="ru-RU" w:eastAsia="ru-RU"/>
        </w:rPr>
        <w:t>«Ресурс на миллион: Энергия и ИИ»</w:t>
      </w:r>
    </w:p>
    <w:p w14:paraId="61D344C6" w14:textId="77777777" w:rsidR="00E82481" w:rsidRPr="003B1E9C" w:rsidRDefault="0075030D" w:rsidP="003B1E9C">
      <w:pPr>
        <w:spacing w:after="120"/>
        <w:ind w:firstLine="0"/>
        <w:jc w:val="left"/>
        <w:rPr>
          <w:color w:val="A6A6A6" w:themeColor="background1" w:themeShade="A6"/>
          <w:sz w:val="20"/>
          <w:szCs w:val="20"/>
          <w:lang w:val="ru-RU"/>
        </w:rPr>
      </w:pPr>
      <w:r w:rsidRPr="003B1E9C">
        <w:rPr>
          <w:color w:val="A6A6A6" w:themeColor="background1" w:themeShade="A6"/>
          <w:sz w:val="20"/>
          <w:szCs w:val="20"/>
          <w:lang w:val="ru-RU" w:eastAsia="ru-RU"/>
        </w:rPr>
        <w:t>Редакция от 29 июля 2026 года</w:t>
      </w:r>
    </w:p>
    <w:p w14:paraId="01025A24" w14:textId="2C46D7B4" w:rsidR="00E82481" w:rsidRPr="003B1E9C" w:rsidRDefault="0075030D" w:rsidP="003B1E9C">
      <w:pPr>
        <w:pStyle w:val="LegalHeading"/>
        <w:numPr>
          <w:ilvl w:val="0"/>
          <w:numId w:val="11"/>
        </w:numPr>
        <w:rPr>
          <w:sz w:val="24"/>
          <w:szCs w:val="24"/>
          <w:lang w:val="ru-RU"/>
        </w:rPr>
      </w:pPr>
      <w:r w:rsidRPr="003B1E9C">
        <w:rPr>
          <w:sz w:val="24"/>
          <w:szCs w:val="24"/>
          <w:lang w:val="ru-RU" w:eastAsia="ru-RU"/>
        </w:rPr>
        <w:t>Общие положения</w:t>
      </w:r>
    </w:p>
    <w:p w14:paraId="5248D45E" w14:textId="0614720F" w:rsidR="00E82481" w:rsidRPr="003B1E9C" w:rsidRDefault="0075030D" w:rsidP="003B1E9C">
      <w:pPr>
        <w:pStyle w:val="ae"/>
        <w:numPr>
          <w:ilvl w:val="1"/>
          <w:numId w:val="11"/>
        </w:numPr>
        <w:rPr>
          <w:sz w:val="20"/>
          <w:szCs w:val="20"/>
          <w:lang w:val="ru-RU"/>
        </w:rPr>
      </w:pPr>
      <w:r w:rsidRPr="003B1E9C">
        <w:rPr>
          <w:sz w:val="20"/>
          <w:szCs w:val="20"/>
          <w:lang w:val="ru-RU" w:eastAsia="ru-RU"/>
        </w:rPr>
        <w:t xml:space="preserve">Настоящие Правила определяют условия регистрации и участия в </w:t>
      </w:r>
      <w:r w:rsidRPr="003B1E9C">
        <w:rPr>
          <w:sz w:val="20"/>
          <w:szCs w:val="20"/>
          <w:lang w:val="ru-RU" w:eastAsia="ru-RU"/>
        </w:rPr>
        <w:t xml:space="preserve">мероприятии «Ресурс на миллион: </w:t>
      </w:r>
      <w:r w:rsidRPr="003B1E9C">
        <w:rPr>
          <w:sz w:val="20"/>
          <w:szCs w:val="20"/>
          <w:lang w:val="ru-RU" w:eastAsia="ru-RU"/>
        </w:rPr>
        <w:t xml:space="preserve">Энергия и ИИ» </w:t>
      </w:r>
      <w:r w:rsidRPr="003B1E9C">
        <w:rPr>
          <w:i/>
          <w:iCs/>
          <w:sz w:val="20"/>
          <w:szCs w:val="20"/>
          <w:lang w:val="ru-RU" w:eastAsia="ru-RU"/>
        </w:rPr>
        <w:t>(далее - Мероприятие)</w:t>
      </w:r>
      <w:r w:rsidRPr="003B1E9C">
        <w:rPr>
          <w:sz w:val="20"/>
          <w:szCs w:val="20"/>
          <w:lang w:val="ru-RU" w:eastAsia="ru-RU"/>
        </w:rPr>
        <w:t>.</w:t>
      </w:r>
    </w:p>
    <w:p w14:paraId="4F080A51" w14:textId="3648E806" w:rsidR="00E82481" w:rsidRPr="003B1E9C" w:rsidRDefault="0075030D" w:rsidP="003B1E9C">
      <w:pPr>
        <w:pStyle w:val="ae"/>
        <w:numPr>
          <w:ilvl w:val="1"/>
          <w:numId w:val="11"/>
        </w:numPr>
        <w:rPr>
          <w:sz w:val="20"/>
          <w:szCs w:val="20"/>
          <w:lang w:val="ru-RU"/>
        </w:rPr>
      </w:pPr>
      <w:r w:rsidRPr="003B1E9C">
        <w:rPr>
          <w:b/>
          <w:bCs/>
          <w:sz w:val="20"/>
          <w:szCs w:val="20"/>
          <w:lang w:val="ru-RU" w:eastAsia="ru-RU"/>
        </w:rPr>
        <w:t>Организатор</w:t>
      </w:r>
      <w:r w:rsidRPr="003B1E9C">
        <w:rPr>
          <w:b/>
          <w:bCs/>
          <w:sz w:val="20"/>
          <w:szCs w:val="20"/>
          <w:lang w:val="ru-RU" w:eastAsia="ru-RU"/>
        </w:rPr>
        <w:t xml:space="preserve"> Мероприятия</w:t>
      </w:r>
      <w:r w:rsidR="003B1E9C" w:rsidRPr="003B1E9C">
        <w:rPr>
          <w:b/>
          <w:bCs/>
          <w:sz w:val="20"/>
          <w:szCs w:val="20"/>
          <w:lang w:val="ru-RU" w:eastAsia="ru-RU"/>
        </w:rPr>
        <w:t xml:space="preserve"> </w:t>
      </w:r>
      <w:r w:rsidR="003B1E9C" w:rsidRPr="003B1E9C">
        <w:rPr>
          <w:b/>
          <w:bCs/>
          <w:i/>
          <w:iCs/>
          <w:sz w:val="20"/>
          <w:szCs w:val="20"/>
          <w:lang w:val="ru-RU" w:eastAsia="ru-RU"/>
        </w:rPr>
        <w:t>(далее - Организатор)</w:t>
      </w:r>
      <w:r w:rsidRPr="003B1E9C">
        <w:rPr>
          <w:b/>
          <w:bCs/>
          <w:i/>
          <w:iCs/>
          <w:sz w:val="20"/>
          <w:szCs w:val="20"/>
          <w:lang w:val="ru-RU" w:eastAsia="ru-RU"/>
        </w:rPr>
        <w:t xml:space="preserve"> </w:t>
      </w:r>
      <w:r w:rsidR="003B1E9C" w:rsidRPr="003B1E9C">
        <w:rPr>
          <w:b/>
          <w:bCs/>
          <w:sz w:val="20"/>
          <w:szCs w:val="20"/>
          <w:lang w:val="ru-RU" w:eastAsia="ru-RU"/>
        </w:rPr>
        <w:t>– О</w:t>
      </w:r>
      <w:r w:rsidRPr="003B1E9C">
        <w:rPr>
          <w:b/>
          <w:bCs/>
          <w:sz w:val="20"/>
          <w:szCs w:val="20"/>
          <w:lang w:val="ru-RU" w:eastAsia="ru-RU"/>
        </w:rPr>
        <w:t>бщество с ограниченной ответственностью «АИ 360» (ООО</w:t>
      </w:r>
      <w:r w:rsidR="003B1E9C">
        <w:rPr>
          <w:b/>
          <w:bCs/>
          <w:sz w:val="20"/>
          <w:szCs w:val="20"/>
          <w:lang w:val="ru-RU" w:eastAsia="ru-RU"/>
        </w:rPr>
        <w:t> </w:t>
      </w:r>
      <w:r w:rsidRPr="003B1E9C">
        <w:rPr>
          <w:b/>
          <w:bCs/>
          <w:sz w:val="20"/>
          <w:szCs w:val="20"/>
          <w:lang w:val="ru-RU" w:eastAsia="ru-RU"/>
        </w:rPr>
        <w:t>«АИ</w:t>
      </w:r>
      <w:r w:rsidR="003B1E9C">
        <w:rPr>
          <w:b/>
          <w:bCs/>
          <w:sz w:val="20"/>
          <w:szCs w:val="20"/>
          <w:lang w:val="ru-RU" w:eastAsia="ru-RU"/>
        </w:rPr>
        <w:t> </w:t>
      </w:r>
      <w:r w:rsidRPr="003B1E9C">
        <w:rPr>
          <w:b/>
          <w:bCs/>
          <w:sz w:val="20"/>
          <w:szCs w:val="20"/>
          <w:lang w:val="ru-RU" w:eastAsia="ru-RU"/>
        </w:rPr>
        <w:t>360»)</w:t>
      </w:r>
      <w:r w:rsidRPr="003B1E9C">
        <w:rPr>
          <w:sz w:val="20"/>
          <w:szCs w:val="20"/>
          <w:lang w:val="ru-RU" w:eastAsia="ru-RU"/>
        </w:rPr>
        <w:t xml:space="preserve">, ИНН 0800012710, ОГРН 1230800007129, адрес: </w:t>
      </w:r>
      <w:r w:rsidR="003B1E9C" w:rsidRPr="003B1E9C">
        <w:rPr>
          <w:sz w:val="20"/>
          <w:szCs w:val="20"/>
          <w:lang w:val="ru-RU" w:eastAsia="ru-RU"/>
        </w:rPr>
        <w:t xml:space="preserve">358000, Республика Калмыкия, г. Элиста, ул. </w:t>
      </w:r>
      <w:proofErr w:type="spellStart"/>
      <w:r w:rsidR="003B1E9C" w:rsidRPr="003B1E9C">
        <w:rPr>
          <w:sz w:val="20"/>
          <w:szCs w:val="20"/>
          <w:lang w:val="ru-RU" w:eastAsia="ru-RU"/>
        </w:rPr>
        <w:t>В.И.Ленина</w:t>
      </w:r>
      <w:proofErr w:type="spellEnd"/>
      <w:r w:rsidR="003B1E9C" w:rsidRPr="003B1E9C">
        <w:rPr>
          <w:sz w:val="20"/>
          <w:szCs w:val="20"/>
          <w:lang w:val="ru-RU" w:eastAsia="ru-RU"/>
        </w:rPr>
        <w:t>, д. 230а, офис/</w:t>
      </w:r>
      <w:proofErr w:type="spellStart"/>
      <w:r w:rsidR="003B1E9C" w:rsidRPr="003B1E9C">
        <w:rPr>
          <w:sz w:val="20"/>
          <w:szCs w:val="20"/>
          <w:lang w:val="ru-RU" w:eastAsia="ru-RU"/>
        </w:rPr>
        <w:t>рм</w:t>
      </w:r>
      <w:proofErr w:type="spellEnd"/>
      <w:r w:rsidR="003B1E9C" w:rsidRPr="003B1E9C">
        <w:rPr>
          <w:sz w:val="20"/>
          <w:szCs w:val="20"/>
          <w:lang w:val="ru-RU" w:eastAsia="ru-RU"/>
        </w:rPr>
        <w:t xml:space="preserve"> 20/1</w:t>
      </w:r>
      <w:r w:rsidRPr="003B1E9C">
        <w:rPr>
          <w:sz w:val="20"/>
          <w:szCs w:val="20"/>
          <w:lang w:val="ru-RU" w:eastAsia="ru-RU"/>
        </w:rPr>
        <w:t xml:space="preserve">, адрес электронной почты: </w:t>
      </w:r>
      <w:proofErr w:type="spellStart"/>
      <w:r w:rsidR="003B1E9C">
        <w:rPr>
          <w:sz w:val="20"/>
          <w:szCs w:val="20"/>
          <w:lang w:eastAsia="ru-RU"/>
        </w:rPr>
        <w:t>aibasis</w:t>
      </w:r>
      <w:proofErr w:type="spellEnd"/>
      <w:r w:rsidR="003B1E9C" w:rsidRPr="003B1E9C">
        <w:rPr>
          <w:sz w:val="20"/>
          <w:szCs w:val="20"/>
          <w:lang w:val="ru-RU" w:eastAsia="ru-RU"/>
        </w:rPr>
        <w:t>@</w:t>
      </w:r>
      <w:proofErr w:type="spellStart"/>
      <w:r w:rsidR="003B1E9C">
        <w:rPr>
          <w:sz w:val="20"/>
          <w:szCs w:val="20"/>
          <w:lang w:eastAsia="ru-RU"/>
        </w:rPr>
        <w:t>yandex</w:t>
      </w:r>
      <w:proofErr w:type="spellEnd"/>
      <w:r w:rsidR="003B1E9C" w:rsidRPr="003B1E9C">
        <w:rPr>
          <w:sz w:val="20"/>
          <w:szCs w:val="20"/>
          <w:lang w:val="ru-RU" w:eastAsia="ru-RU"/>
        </w:rPr>
        <w:t>.</w:t>
      </w:r>
      <w:proofErr w:type="spellStart"/>
      <w:r w:rsidR="003B1E9C">
        <w:rPr>
          <w:sz w:val="20"/>
          <w:szCs w:val="20"/>
          <w:lang w:eastAsia="ru-RU"/>
        </w:rPr>
        <w:t>ru</w:t>
      </w:r>
      <w:proofErr w:type="spellEnd"/>
      <w:r w:rsidRPr="003B1E9C">
        <w:rPr>
          <w:sz w:val="20"/>
          <w:szCs w:val="20"/>
          <w:lang w:val="ru-RU" w:eastAsia="ru-RU"/>
        </w:rPr>
        <w:t>.</w:t>
      </w:r>
    </w:p>
    <w:p w14:paraId="0280A783" w14:textId="50F8460C" w:rsidR="00E82481" w:rsidRPr="003B1E9C" w:rsidRDefault="003B1E9C" w:rsidP="003B1E9C">
      <w:pPr>
        <w:pStyle w:val="ae"/>
        <w:numPr>
          <w:ilvl w:val="1"/>
          <w:numId w:val="11"/>
        </w:numPr>
        <w:rPr>
          <w:sz w:val="20"/>
          <w:szCs w:val="20"/>
          <w:lang w:val="ru-RU"/>
        </w:rPr>
      </w:pPr>
      <w:r w:rsidRPr="007E478C">
        <w:rPr>
          <w:b/>
          <w:bCs/>
          <w:sz w:val="20"/>
          <w:szCs w:val="20"/>
          <w:lang w:val="ru-RU" w:eastAsia="ru-RU"/>
        </w:rPr>
        <w:t xml:space="preserve">Партнер Мероприятия </w:t>
      </w:r>
      <w:r w:rsidRPr="007E478C">
        <w:rPr>
          <w:b/>
          <w:bCs/>
          <w:i/>
          <w:iCs/>
          <w:sz w:val="20"/>
          <w:szCs w:val="20"/>
          <w:lang w:val="ru-RU" w:eastAsia="ru-RU"/>
        </w:rPr>
        <w:t>(далее - Партнер)</w:t>
      </w:r>
      <w:r w:rsidRPr="007E478C">
        <w:rPr>
          <w:b/>
          <w:bCs/>
          <w:sz w:val="20"/>
          <w:szCs w:val="20"/>
          <w:lang w:val="ru-RU" w:eastAsia="ru-RU"/>
        </w:rPr>
        <w:t xml:space="preserve"> – О</w:t>
      </w:r>
      <w:r w:rsidR="0075030D" w:rsidRPr="007E478C">
        <w:rPr>
          <w:b/>
          <w:bCs/>
          <w:sz w:val="20"/>
          <w:szCs w:val="20"/>
          <w:lang w:val="ru-RU" w:eastAsia="ru-RU"/>
        </w:rPr>
        <w:t>бщество с ограниченной ответственностью «МОЛОДЕЙ» (ООО «МОЛОДЕЙ»)</w:t>
      </w:r>
      <w:r w:rsidR="0075030D" w:rsidRPr="003B1E9C">
        <w:rPr>
          <w:sz w:val="20"/>
          <w:szCs w:val="20"/>
          <w:lang w:val="ru-RU" w:eastAsia="ru-RU"/>
        </w:rPr>
        <w:t xml:space="preserve">, ИНН </w:t>
      </w:r>
      <w:r w:rsidRPr="003B1E9C">
        <w:rPr>
          <w:sz w:val="20"/>
          <w:szCs w:val="20"/>
          <w:lang w:val="ru-RU" w:eastAsia="ru-RU"/>
        </w:rPr>
        <w:t>0800009274</w:t>
      </w:r>
      <w:r w:rsidR="0075030D" w:rsidRPr="003B1E9C">
        <w:rPr>
          <w:sz w:val="20"/>
          <w:szCs w:val="20"/>
          <w:lang w:val="ru-RU" w:eastAsia="ru-RU"/>
        </w:rPr>
        <w:t xml:space="preserve">, ОГРН </w:t>
      </w:r>
      <w:r w:rsidRPr="003B1E9C">
        <w:rPr>
          <w:sz w:val="20"/>
          <w:szCs w:val="20"/>
          <w:lang w:val="ru-RU" w:eastAsia="ru-RU"/>
        </w:rPr>
        <w:t>1230800003653</w:t>
      </w:r>
      <w:r w:rsidR="0075030D" w:rsidRPr="003B1E9C">
        <w:rPr>
          <w:sz w:val="20"/>
          <w:szCs w:val="20"/>
          <w:lang w:val="ru-RU" w:eastAsia="ru-RU"/>
        </w:rPr>
        <w:t xml:space="preserve">, адрес: </w:t>
      </w:r>
      <w:r w:rsidRPr="003B1E9C">
        <w:rPr>
          <w:sz w:val="20"/>
          <w:szCs w:val="20"/>
          <w:lang w:val="ru-RU" w:eastAsia="ru-RU"/>
        </w:rPr>
        <w:t>115432, город Москва, ул. Архитектора Щусева, д. 5 к. 2, кв. 12</w:t>
      </w:r>
      <w:r w:rsidR="0075030D" w:rsidRPr="003B1E9C">
        <w:rPr>
          <w:sz w:val="20"/>
          <w:szCs w:val="20"/>
          <w:lang w:val="ru-RU" w:eastAsia="ru-RU"/>
        </w:rPr>
        <w:t xml:space="preserve">, адрес электронной почты: </w:t>
      </w:r>
      <w:r w:rsidR="007E478C" w:rsidRPr="007E478C">
        <w:rPr>
          <w:sz w:val="20"/>
          <w:szCs w:val="20"/>
          <w:lang w:val="ru-RU" w:eastAsia="ru-RU"/>
        </w:rPr>
        <w:t>sales@moloday.com</w:t>
      </w:r>
      <w:r w:rsidR="0075030D" w:rsidRPr="003B1E9C">
        <w:rPr>
          <w:sz w:val="20"/>
          <w:szCs w:val="20"/>
          <w:lang w:val="ru-RU" w:eastAsia="ru-RU"/>
        </w:rPr>
        <w:t>.</w:t>
      </w:r>
    </w:p>
    <w:p w14:paraId="1CA6F727" w14:textId="2BB25A70" w:rsidR="00E82481" w:rsidRPr="003B1E9C" w:rsidRDefault="0075030D" w:rsidP="003B1E9C">
      <w:pPr>
        <w:pStyle w:val="ae"/>
        <w:numPr>
          <w:ilvl w:val="1"/>
          <w:numId w:val="11"/>
        </w:numPr>
        <w:rPr>
          <w:sz w:val="20"/>
          <w:szCs w:val="20"/>
          <w:lang w:val="ru-RU"/>
        </w:rPr>
      </w:pPr>
      <w:r w:rsidRPr="003B1E9C">
        <w:rPr>
          <w:sz w:val="20"/>
          <w:szCs w:val="20"/>
          <w:lang w:val="ru-RU" w:eastAsia="ru-RU"/>
        </w:rPr>
        <w:t>Организатор и Партнер совместно участвуют в п</w:t>
      </w:r>
      <w:r w:rsidRPr="003B1E9C">
        <w:rPr>
          <w:sz w:val="20"/>
          <w:szCs w:val="20"/>
          <w:lang w:val="ru-RU" w:eastAsia="ru-RU"/>
        </w:rPr>
        <w:t>одготовке и проведении Мероприятия. Каждая сторона самостоятельно отвечает за предоставленные ею материалы, выступления своих экспертов и информацию о собственных товарах, услугах и иных продуктах.</w:t>
      </w:r>
    </w:p>
    <w:p w14:paraId="4C644D3D" w14:textId="196D4474" w:rsidR="00E82481" w:rsidRPr="003B1E9C" w:rsidRDefault="0075030D" w:rsidP="003B1E9C">
      <w:pPr>
        <w:pStyle w:val="ae"/>
        <w:numPr>
          <w:ilvl w:val="1"/>
          <w:numId w:val="11"/>
        </w:numPr>
        <w:rPr>
          <w:sz w:val="20"/>
          <w:szCs w:val="20"/>
          <w:lang w:val="ru-RU"/>
        </w:rPr>
      </w:pPr>
      <w:r w:rsidRPr="003B1E9C">
        <w:rPr>
          <w:sz w:val="20"/>
          <w:szCs w:val="20"/>
          <w:lang w:val="ru-RU" w:eastAsia="ru-RU"/>
        </w:rPr>
        <w:t>Участие в Мероприятии является бесплатным. Регистраци</w:t>
      </w:r>
      <w:r w:rsidRPr="003B1E9C">
        <w:rPr>
          <w:sz w:val="20"/>
          <w:szCs w:val="20"/>
          <w:lang w:val="ru-RU" w:eastAsia="ru-RU"/>
        </w:rPr>
        <w:t xml:space="preserve">я и участие не обязывают участника приобретать товары, </w:t>
      </w:r>
      <w:r w:rsidRPr="003B1E9C">
        <w:rPr>
          <w:sz w:val="20"/>
          <w:szCs w:val="20"/>
          <w:lang w:val="ru-RU" w:eastAsia="ru-RU"/>
        </w:rPr>
        <w:t>услуги</w:t>
      </w:r>
      <w:r w:rsidRPr="003B1E9C">
        <w:rPr>
          <w:sz w:val="20"/>
          <w:szCs w:val="20"/>
          <w:lang w:val="ru-RU" w:eastAsia="ru-RU"/>
        </w:rPr>
        <w:t xml:space="preserve"> или </w:t>
      </w:r>
      <w:r w:rsidR="007E478C">
        <w:rPr>
          <w:sz w:val="20"/>
          <w:szCs w:val="20"/>
          <w:lang w:val="ru-RU" w:eastAsia="ru-RU"/>
        </w:rPr>
        <w:t xml:space="preserve">любые продукты </w:t>
      </w:r>
      <w:r w:rsidRPr="003B1E9C">
        <w:rPr>
          <w:sz w:val="20"/>
          <w:szCs w:val="20"/>
          <w:lang w:val="ru-RU" w:eastAsia="ru-RU"/>
        </w:rPr>
        <w:t>Организатора либо Партнера.</w:t>
      </w:r>
    </w:p>
    <w:p w14:paraId="3279B41A" w14:textId="28431AB1" w:rsidR="00E82481" w:rsidRPr="007E478C" w:rsidRDefault="0075030D" w:rsidP="007E478C">
      <w:pPr>
        <w:pStyle w:val="ae"/>
        <w:numPr>
          <w:ilvl w:val="1"/>
          <w:numId w:val="11"/>
        </w:numPr>
        <w:rPr>
          <w:sz w:val="20"/>
          <w:szCs w:val="20"/>
          <w:lang w:val="ru-RU"/>
        </w:rPr>
      </w:pPr>
      <w:r w:rsidRPr="003B1E9C">
        <w:rPr>
          <w:sz w:val="20"/>
          <w:szCs w:val="20"/>
          <w:lang w:val="ru-RU" w:eastAsia="ru-RU"/>
        </w:rPr>
        <w:t>Настоящие Правила размещаются на странице регистрации на Мероприятие. Участник принимает Правила путем прост</w:t>
      </w:r>
      <w:r w:rsidRPr="003B1E9C">
        <w:rPr>
          <w:sz w:val="20"/>
          <w:szCs w:val="20"/>
          <w:lang w:val="ru-RU" w:eastAsia="ru-RU"/>
        </w:rPr>
        <w:t>авления соответствующей отметки в форме регистрации и направления заполненной формы Организатору.</w:t>
      </w:r>
    </w:p>
    <w:p w14:paraId="01FF131B" w14:textId="3163C0FC" w:rsidR="00E82481" w:rsidRPr="00DF58DE" w:rsidRDefault="0075030D" w:rsidP="007E478C">
      <w:pPr>
        <w:pStyle w:val="LegalHeading"/>
        <w:numPr>
          <w:ilvl w:val="0"/>
          <w:numId w:val="11"/>
        </w:numPr>
        <w:rPr>
          <w:sz w:val="24"/>
          <w:szCs w:val="24"/>
          <w:lang w:val="ru-RU"/>
        </w:rPr>
      </w:pPr>
      <w:r w:rsidRPr="00DF58DE">
        <w:rPr>
          <w:sz w:val="24"/>
          <w:szCs w:val="24"/>
          <w:lang w:val="ru-RU" w:eastAsia="ru-RU"/>
        </w:rPr>
        <w:t>Сроки</w:t>
      </w:r>
      <w:r w:rsidRPr="00DF58DE">
        <w:rPr>
          <w:sz w:val="24"/>
          <w:szCs w:val="24"/>
          <w:lang w:val="ru-RU" w:eastAsia="ru-RU"/>
        </w:rPr>
        <w:t xml:space="preserve"> и формат проведения Мероприятия</w:t>
      </w:r>
    </w:p>
    <w:p w14:paraId="318C9521" w14:textId="14883EAF" w:rsidR="00E82481" w:rsidRPr="00DF58DE" w:rsidRDefault="0075030D" w:rsidP="007E478C">
      <w:pPr>
        <w:pStyle w:val="ae"/>
        <w:numPr>
          <w:ilvl w:val="1"/>
          <w:numId w:val="11"/>
        </w:numPr>
        <w:rPr>
          <w:sz w:val="20"/>
          <w:szCs w:val="20"/>
          <w:lang w:val="ru-RU"/>
        </w:rPr>
      </w:pPr>
      <w:r w:rsidRPr="00DF58DE">
        <w:rPr>
          <w:sz w:val="20"/>
          <w:szCs w:val="20"/>
          <w:lang w:val="ru-RU" w:eastAsia="ru-RU"/>
        </w:rPr>
        <w:t>Мероприятие проводится с 3 по 5 августа 2026 года в дистанционном формате.</w:t>
      </w:r>
      <w:r w:rsidR="007E478C" w:rsidRPr="00DF58DE">
        <w:rPr>
          <w:sz w:val="20"/>
          <w:szCs w:val="20"/>
          <w:lang w:val="ru-RU" w:eastAsia="ru-RU"/>
        </w:rPr>
        <w:t xml:space="preserve"> </w:t>
      </w:r>
      <w:r w:rsidR="007E478C" w:rsidRPr="00DF58DE">
        <w:rPr>
          <w:sz w:val="20"/>
          <w:szCs w:val="20"/>
          <w:lang w:val="ru-RU" w:eastAsia="ru-RU"/>
        </w:rPr>
        <w:t>Точное время эфира и ссылка для доступа сообщаются участникам дополнительно</w:t>
      </w:r>
      <w:r w:rsidR="007E478C" w:rsidRPr="00DF58DE">
        <w:rPr>
          <w:sz w:val="20"/>
          <w:szCs w:val="20"/>
          <w:lang w:val="ru-RU" w:eastAsia="ru-RU"/>
        </w:rPr>
        <w:t>.</w:t>
      </w:r>
    </w:p>
    <w:p w14:paraId="3A2F3CF7" w14:textId="2FE75590" w:rsidR="00E82481" w:rsidRPr="00DF58DE" w:rsidRDefault="0075030D" w:rsidP="007E478C">
      <w:pPr>
        <w:pStyle w:val="ae"/>
        <w:numPr>
          <w:ilvl w:val="1"/>
          <w:numId w:val="11"/>
        </w:numPr>
        <w:rPr>
          <w:sz w:val="20"/>
          <w:szCs w:val="20"/>
          <w:lang w:val="ru-RU"/>
        </w:rPr>
      </w:pPr>
      <w:r w:rsidRPr="00DF58DE">
        <w:rPr>
          <w:sz w:val="20"/>
          <w:szCs w:val="20"/>
          <w:lang w:val="ru-RU" w:eastAsia="ru-RU"/>
        </w:rPr>
        <w:t>Организатор вправе изменить время проведения отдельных заданий, эфиров или публикаций, а также используемую техническую площадку, если это необходимо для проведения Мероприятия. Информация о</w:t>
      </w:r>
      <w:r w:rsidR="007E478C" w:rsidRPr="00DF58DE">
        <w:rPr>
          <w:sz w:val="20"/>
          <w:szCs w:val="20"/>
          <w:lang w:val="ru-RU" w:eastAsia="ru-RU"/>
        </w:rPr>
        <w:t xml:space="preserve">б </w:t>
      </w:r>
      <w:r w:rsidRPr="00DF58DE">
        <w:rPr>
          <w:sz w:val="20"/>
          <w:szCs w:val="20"/>
          <w:lang w:val="ru-RU" w:eastAsia="ru-RU"/>
        </w:rPr>
        <w:t xml:space="preserve">изменениях </w:t>
      </w:r>
      <w:r w:rsidRPr="00DF58DE">
        <w:rPr>
          <w:sz w:val="20"/>
          <w:szCs w:val="20"/>
          <w:lang w:val="ru-RU" w:eastAsia="ru-RU"/>
        </w:rPr>
        <w:t>направляется участникам по указанным при регистрации контактам.</w:t>
      </w:r>
    </w:p>
    <w:p w14:paraId="4142A42D" w14:textId="58CA439D" w:rsidR="00E82481" w:rsidRPr="00DF58DE" w:rsidRDefault="0075030D" w:rsidP="007E478C">
      <w:pPr>
        <w:pStyle w:val="ae"/>
        <w:numPr>
          <w:ilvl w:val="1"/>
          <w:numId w:val="11"/>
        </w:numPr>
        <w:rPr>
          <w:sz w:val="20"/>
          <w:szCs w:val="20"/>
          <w:lang w:val="ru-RU"/>
        </w:rPr>
      </w:pPr>
      <w:r w:rsidRPr="00DF58DE">
        <w:rPr>
          <w:sz w:val="20"/>
          <w:szCs w:val="20"/>
          <w:lang w:val="ru-RU" w:eastAsia="ru-RU"/>
        </w:rPr>
        <w:t>Организатор вправе внести изменения в программу, заменить отдельного эксперта или материал сопоставимым по содержанию, если первоначально заявле</w:t>
      </w:r>
      <w:r w:rsidRPr="00DF58DE">
        <w:rPr>
          <w:sz w:val="20"/>
          <w:szCs w:val="20"/>
          <w:lang w:val="ru-RU" w:eastAsia="ru-RU"/>
        </w:rPr>
        <w:t>нное участие эксперта или предоставление материала стало невозможным</w:t>
      </w:r>
      <w:r w:rsidRPr="00DF58DE">
        <w:rPr>
          <w:sz w:val="20"/>
          <w:szCs w:val="20"/>
          <w:lang w:val="ru-RU" w:eastAsia="ru-RU"/>
        </w:rPr>
        <w:t>.</w:t>
      </w:r>
    </w:p>
    <w:p w14:paraId="34A12106" w14:textId="6290B0C1" w:rsidR="00E82481" w:rsidRPr="00DF58DE" w:rsidRDefault="0075030D" w:rsidP="007E478C">
      <w:pPr>
        <w:pStyle w:val="LegalHeading"/>
        <w:numPr>
          <w:ilvl w:val="0"/>
          <w:numId w:val="11"/>
        </w:numPr>
        <w:rPr>
          <w:sz w:val="24"/>
          <w:szCs w:val="24"/>
          <w:lang w:val="ru-RU"/>
        </w:rPr>
      </w:pPr>
      <w:r w:rsidRPr="00DF58DE">
        <w:rPr>
          <w:sz w:val="24"/>
          <w:szCs w:val="24"/>
          <w:lang w:val="ru-RU" w:eastAsia="ru-RU"/>
        </w:rPr>
        <w:t>Регистрация и предоставление доступа</w:t>
      </w:r>
    </w:p>
    <w:p w14:paraId="247CB262" w14:textId="63D9CA55" w:rsidR="00E82481" w:rsidRPr="00DF58DE" w:rsidRDefault="0075030D" w:rsidP="007E478C">
      <w:pPr>
        <w:pStyle w:val="ae"/>
        <w:numPr>
          <w:ilvl w:val="1"/>
          <w:numId w:val="11"/>
        </w:numPr>
        <w:rPr>
          <w:sz w:val="20"/>
          <w:szCs w:val="20"/>
          <w:lang w:val="ru-RU"/>
        </w:rPr>
      </w:pPr>
      <w:r w:rsidRPr="00DF58DE">
        <w:rPr>
          <w:sz w:val="20"/>
          <w:szCs w:val="20"/>
          <w:lang w:val="ru-RU" w:eastAsia="ru-RU"/>
        </w:rPr>
        <w:t>Участвовать в Мероприятии может дееспособное физическое лицо, достигшее возраста 18 лет.</w:t>
      </w:r>
    </w:p>
    <w:p w14:paraId="07FDEA54" w14:textId="1E5BB4E2" w:rsidR="00E82481" w:rsidRPr="00DF58DE" w:rsidRDefault="0075030D" w:rsidP="007E478C">
      <w:pPr>
        <w:pStyle w:val="ae"/>
        <w:numPr>
          <w:ilvl w:val="1"/>
          <w:numId w:val="11"/>
        </w:numPr>
        <w:rPr>
          <w:sz w:val="20"/>
          <w:szCs w:val="20"/>
          <w:lang w:val="ru-RU"/>
        </w:rPr>
      </w:pPr>
      <w:r w:rsidRPr="00DF58DE">
        <w:rPr>
          <w:sz w:val="20"/>
          <w:szCs w:val="20"/>
          <w:lang w:val="ru-RU" w:eastAsia="ru-RU"/>
        </w:rPr>
        <w:t>Для р</w:t>
      </w:r>
      <w:r w:rsidRPr="00DF58DE">
        <w:rPr>
          <w:sz w:val="20"/>
          <w:szCs w:val="20"/>
          <w:lang w:val="ru-RU" w:eastAsia="ru-RU"/>
        </w:rPr>
        <w:t>егистрации участник заполняет форму на странице Мероприятия и указывает запрашиваемые контактные данные.</w:t>
      </w:r>
      <w:r w:rsidR="007E478C" w:rsidRPr="00DF58DE">
        <w:rPr>
          <w:sz w:val="20"/>
          <w:szCs w:val="20"/>
          <w:lang w:val="ru-RU" w:eastAsia="ru-RU"/>
        </w:rPr>
        <w:t xml:space="preserve"> </w:t>
      </w:r>
      <w:r w:rsidRPr="00DF58DE">
        <w:rPr>
          <w:sz w:val="20"/>
          <w:szCs w:val="20"/>
          <w:lang w:val="ru-RU" w:eastAsia="ru-RU"/>
        </w:rPr>
        <w:t>Участник обязан указывать достоверные данные, принадлежащие ему. Не допускается указывать чужой номер телефона, адрес электронной почты, имя польз</w:t>
      </w:r>
      <w:r w:rsidRPr="00DF58DE">
        <w:rPr>
          <w:sz w:val="20"/>
          <w:szCs w:val="20"/>
          <w:lang w:val="ru-RU" w:eastAsia="ru-RU"/>
        </w:rPr>
        <w:t>ователя в мессенджере</w:t>
      </w:r>
      <w:r w:rsidRPr="00DF58DE">
        <w:rPr>
          <w:sz w:val="20"/>
          <w:szCs w:val="20"/>
          <w:lang w:val="ru-RU" w:eastAsia="ru-RU"/>
        </w:rPr>
        <w:t>.</w:t>
      </w:r>
    </w:p>
    <w:p w14:paraId="331357E8" w14:textId="0F4CBBAE" w:rsidR="00E82481" w:rsidRPr="00DF58DE" w:rsidRDefault="0075030D" w:rsidP="007E478C">
      <w:pPr>
        <w:pStyle w:val="ae"/>
        <w:numPr>
          <w:ilvl w:val="1"/>
          <w:numId w:val="11"/>
        </w:numPr>
        <w:rPr>
          <w:sz w:val="20"/>
          <w:szCs w:val="20"/>
          <w:lang w:val="ru-RU"/>
        </w:rPr>
      </w:pPr>
      <w:r w:rsidRPr="00DF58DE">
        <w:rPr>
          <w:sz w:val="20"/>
          <w:szCs w:val="20"/>
          <w:lang w:val="ru-RU" w:eastAsia="ru-RU"/>
        </w:rPr>
        <w:t xml:space="preserve">После регистрации участнику может быть предложено перейти в Telegram-канал или канал в MAX, запустить бота, подтвердить номер телефона или адрес электронной почты </w:t>
      </w:r>
      <w:r w:rsidRPr="00DF58DE">
        <w:rPr>
          <w:sz w:val="20"/>
          <w:szCs w:val="20"/>
          <w:lang w:val="ru-RU" w:eastAsia="ru-RU"/>
        </w:rPr>
        <w:t>либо выполнить иные действия, необходимые для получения доступа.</w:t>
      </w:r>
    </w:p>
    <w:p w14:paraId="034E4EBD" w14:textId="10BA037F" w:rsidR="00E82481" w:rsidRPr="00DF58DE" w:rsidRDefault="0075030D" w:rsidP="00DF58DE">
      <w:pPr>
        <w:pStyle w:val="ae"/>
        <w:numPr>
          <w:ilvl w:val="1"/>
          <w:numId w:val="11"/>
        </w:numPr>
        <w:rPr>
          <w:sz w:val="20"/>
          <w:szCs w:val="20"/>
          <w:lang w:val="ru-RU"/>
        </w:rPr>
      </w:pPr>
      <w:r w:rsidRPr="00DF58DE">
        <w:rPr>
          <w:sz w:val="20"/>
          <w:szCs w:val="20"/>
          <w:lang w:val="ru-RU" w:eastAsia="ru-RU"/>
        </w:rPr>
        <w:t xml:space="preserve">Организатор и Партнер вправе направлять участнику сообщения, необходимые для проведения Мероприятия, включая подтверждение регистрации, ссылки для </w:t>
      </w:r>
      <w:r w:rsidRPr="00DF58DE">
        <w:rPr>
          <w:sz w:val="20"/>
          <w:szCs w:val="20"/>
          <w:lang w:val="ru-RU" w:eastAsia="ru-RU"/>
        </w:rPr>
        <w:t>доступа, задания, напоминания о начале эфиров, сообщения об изменении времени или площадки, материалы и бонусы, предусмотренные программой, а также ответы на организационные вопросы.</w:t>
      </w:r>
      <w:r w:rsidR="00DF58DE" w:rsidRPr="00DF58DE">
        <w:rPr>
          <w:sz w:val="20"/>
          <w:szCs w:val="20"/>
          <w:lang w:val="ru-RU" w:eastAsia="ru-RU"/>
        </w:rPr>
        <w:t xml:space="preserve"> </w:t>
      </w:r>
      <w:r w:rsidRPr="00DF58DE">
        <w:rPr>
          <w:sz w:val="20"/>
          <w:szCs w:val="20"/>
          <w:lang w:val="ru-RU" w:eastAsia="ru-RU"/>
        </w:rPr>
        <w:t xml:space="preserve">Направление сообщений, указанных в </w:t>
      </w:r>
      <w:r w:rsidR="00DF58DE" w:rsidRPr="00DF58DE">
        <w:rPr>
          <w:sz w:val="20"/>
          <w:szCs w:val="20"/>
          <w:lang w:val="ru-RU" w:eastAsia="ru-RU"/>
        </w:rPr>
        <w:t xml:space="preserve">этом </w:t>
      </w:r>
      <w:r w:rsidRPr="00DF58DE">
        <w:rPr>
          <w:sz w:val="20"/>
          <w:szCs w:val="20"/>
          <w:lang w:val="ru-RU" w:eastAsia="ru-RU"/>
        </w:rPr>
        <w:t>пункте</w:t>
      </w:r>
      <w:r w:rsidRPr="00DF58DE">
        <w:rPr>
          <w:sz w:val="20"/>
          <w:szCs w:val="20"/>
          <w:lang w:val="ru-RU" w:eastAsia="ru-RU"/>
        </w:rPr>
        <w:t xml:space="preserve"> Правил, связано с учас</w:t>
      </w:r>
      <w:r w:rsidRPr="00DF58DE">
        <w:rPr>
          <w:sz w:val="20"/>
          <w:szCs w:val="20"/>
          <w:lang w:val="ru-RU" w:eastAsia="ru-RU"/>
        </w:rPr>
        <w:t xml:space="preserve">тием в Мероприятии и </w:t>
      </w:r>
      <w:r w:rsidRPr="00DF58DE">
        <w:rPr>
          <w:sz w:val="20"/>
          <w:szCs w:val="20"/>
          <w:lang w:val="ru-RU" w:eastAsia="ru-RU"/>
        </w:rPr>
        <w:t>не означает согласия участника на получение последующих рекламных сообщений.</w:t>
      </w:r>
    </w:p>
    <w:p w14:paraId="6E2F656D" w14:textId="4B24EABD" w:rsidR="00E82481" w:rsidRPr="00DF58DE" w:rsidRDefault="0075030D" w:rsidP="00DF58DE">
      <w:pPr>
        <w:pStyle w:val="LegalHeading"/>
        <w:numPr>
          <w:ilvl w:val="0"/>
          <w:numId w:val="11"/>
        </w:numPr>
        <w:rPr>
          <w:sz w:val="24"/>
          <w:szCs w:val="24"/>
          <w:lang w:val="ru-RU"/>
        </w:rPr>
      </w:pPr>
      <w:r w:rsidRPr="00DF58DE">
        <w:rPr>
          <w:sz w:val="24"/>
          <w:szCs w:val="24"/>
          <w:lang w:val="ru-RU" w:eastAsia="ru-RU"/>
        </w:rPr>
        <w:t>Содержание Мероприятия</w:t>
      </w:r>
    </w:p>
    <w:p w14:paraId="2E5A9199" w14:textId="378BE402" w:rsidR="00E82481" w:rsidRPr="00DF58DE" w:rsidRDefault="0075030D" w:rsidP="00DF58DE">
      <w:pPr>
        <w:pStyle w:val="ae"/>
        <w:numPr>
          <w:ilvl w:val="1"/>
          <w:numId w:val="11"/>
        </w:numPr>
        <w:rPr>
          <w:sz w:val="20"/>
          <w:szCs w:val="20"/>
          <w:lang w:val="ru-RU"/>
        </w:rPr>
      </w:pPr>
      <w:r w:rsidRPr="00DF58DE">
        <w:rPr>
          <w:sz w:val="20"/>
          <w:szCs w:val="20"/>
          <w:lang w:val="ru-RU" w:eastAsia="ru-RU"/>
        </w:rPr>
        <w:t>Организатор и Па</w:t>
      </w:r>
      <w:r w:rsidRPr="00DF58DE">
        <w:rPr>
          <w:sz w:val="20"/>
          <w:szCs w:val="20"/>
          <w:lang w:val="ru-RU" w:eastAsia="ru-RU"/>
        </w:rPr>
        <w:t>ртнер самостоятельно определяют конкретное содержание, последовательность и формат заданий в пределах заявленной программы.</w:t>
      </w:r>
    </w:p>
    <w:p w14:paraId="3300DC42" w14:textId="13AE367F" w:rsidR="00E82481" w:rsidRPr="00DF58DE" w:rsidRDefault="0075030D" w:rsidP="00DF58DE">
      <w:pPr>
        <w:pStyle w:val="ae"/>
        <w:numPr>
          <w:ilvl w:val="1"/>
          <w:numId w:val="11"/>
        </w:numPr>
        <w:rPr>
          <w:sz w:val="20"/>
          <w:szCs w:val="20"/>
          <w:lang w:val="ru-RU"/>
        </w:rPr>
      </w:pPr>
      <w:r w:rsidRPr="00DF58DE">
        <w:rPr>
          <w:sz w:val="20"/>
          <w:szCs w:val="20"/>
          <w:lang w:val="ru-RU" w:eastAsia="ru-RU"/>
        </w:rPr>
        <w:t>Результат участия зависит от действий, исходных данных и индивидуальных особенностей участника. Организатор и Партнер не гарантируют увеличение дохода, получение новых клиентов, конкретную экономию в</w:t>
      </w:r>
      <w:r w:rsidRPr="00DF58DE">
        <w:rPr>
          <w:sz w:val="20"/>
          <w:szCs w:val="20"/>
          <w:lang w:val="ru-RU" w:eastAsia="ru-RU"/>
        </w:rPr>
        <w:t>ремени, улучшение самочувствия, достижение определенного уровня энергии или получение иного заранее определенного результата.</w:t>
      </w:r>
    </w:p>
    <w:p w14:paraId="2461CAED" w14:textId="08726436" w:rsidR="00E82481" w:rsidRPr="00DF58DE" w:rsidRDefault="0075030D" w:rsidP="00DF58DE">
      <w:pPr>
        <w:pStyle w:val="LegalHeading"/>
        <w:numPr>
          <w:ilvl w:val="0"/>
          <w:numId w:val="11"/>
        </w:numPr>
        <w:rPr>
          <w:sz w:val="24"/>
          <w:szCs w:val="24"/>
          <w:lang w:val="ru-RU"/>
        </w:rPr>
      </w:pPr>
      <w:r w:rsidRPr="00DF58DE">
        <w:rPr>
          <w:sz w:val="24"/>
          <w:szCs w:val="24"/>
          <w:lang w:val="ru-RU" w:eastAsia="ru-RU"/>
        </w:rPr>
        <w:lastRenderedPageBreak/>
        <w:t>Материалы и бонусы</w:t>
      </w:r>
    </w:p>
    <w:p w14:paraId="1C81F32E" w14:textId="3E51D30F" w:rsidR="00E82481" w:rsidRPr="00DF58DE" w:rsidRDefault="0075030D" w:rsidP="00DF58DE">
      <w:pPr>
        <w:pStyle w:val="ae"/>
        <w:numPr>
          <w:ilvl w:val="1"/>
          <w:numId w:val="11"/>
        </w:numPr>
        <w:rPr>
          <w:sz w:val="20"/>
          <w:szCs w:val="20"/>
          <w:lang w:val="ru-RU"/>
        </w:rPr>
      </w:pPr>
      <w:r w:rsidRPr="00DF58DE">
        <w:rPr>
          <w:sz w:val="20"/>
          <w:szCs w:val="20"/>
          <w:lang w:val="ru-RU" w:eastAsia="ru-RU"/>
        </w:rPr>
        <w:t>Материалы направляются или открываются после выполнения участником необходимых технических действий, включая переход в канал, запуск бота или подтверждение контактных данных.</w:t>
      </w:r>
    </w:p>
    <w:p w14:paraId="405AEAE0" w14:textId="6C988951" w:rsidR="00E82481" w:rsidRPr="00DF58DE" w:rsidRDefault="0075030D" w:rsidP="00DF58DE">
      <w:pPr>
        <w:pStyle w:val="ae"/>
        <w:numPr>
          <w:ilvl w:val="1"/>
          <w:numId w:val="11"/>
        </w:numPr>
        <w:rPr>
          <w:sz w:val="20"/>
          <w:szCs w:val="20"/>
          <w:lang w:val="ru-RU"/>
        </w:rPr>
      </w:pPr>
      <w:r w:rsidRPr="00DF58DE">
        <w:rPr>
          <w:sz w:val="20"/>
          <w:szCs w:val="20"/>
          <w:lang w:val="ru-RU" w:eastAsia="ru-RU"/>
        </w:rPr>
        <w:t xml:space="preserve">Материалы предоставляются </w:t>
      </w:r>
      <w:r w:rsidRPr="00DF58DE">
        <w:rPr>
          <w:sz w:val="20"/>
          <w:szCs w:val="20"/>
          <w:lang w:val="ru-RU" w:eastAsia="ru-RU"/>
        </w:rPr>
        <w:t>исключитель</w:t>
      </w:r>
      <w:r w:rsidRPr="00DF58DE">
        <w:rPr>
          <w:sz w:val="20"/>
          <w:szCs w:val="20"/>
          <w:lang w:val="ru-RU" w:eastAsia="ru-RU"/>
        </w:rPr>
        <w:t>но для личного некоммерческого использования участником.</w:t>
      </w:r>
    </w:p>
    <w:p w14:paraId="7AF171EE" w14:textId="1B017592" w:rsidR="00E82481" w:rsidRPr="00DF58DE" w:rsidRDefault="0075030D" w:rsidP="00DF58DE">
      <w:pPr>
        <w:pStyle w:val="ae"/>
        <w:numPr>
          <w:ilvl w:val="1"/>
          <w:numId w:val="11"/>
        </w:numPr>
        <w:rPr>
          <w:sz w:val="20"/>
          <w:szCs w:val="20"/>
          <w:lang w:val="ru-RU"/>
        </w:rPr>
      </w:pPr>
      <w:r w:rsidRPr="00DF58DE">
        <w:rPr>
          <w:sz w:val="20"/>
          <w:szCs w:val="20"/>
          <w:lang w:val="ru-RU" w:eastAsia="ru-RU"/>
        </w:rPr>
        <w:t>Если предоставление конкретного материала стало невозможным по техническим, организационным или правовым причинам, Организатор либо Партнер вправе заменить его</w:t>
      </w:r>
      <w:r w:rsidR="00DF58DE" w:rsidRPr="00DF58DE">
        <w:rPr>
          <w:sz w:val="20"/>
          <w:szCs w:val="20"/>
          <w:lang w:val="ru-RU" w:eastAsia="ru-RU"/>
        </w:rPr>
        <w:t>, либо отказаться от его предоставления</w:t>
      </w:r>
      <w:r w:rsidRPr="00DF58DE">
        <w:rPr>
          <w:sz w:val="20"/>
          <w:szCs w:val="20"/>
          <w:lang w:val="ru-RU" w:eastAsia="ru-RU"/>
        </w:rPr>
        <w:t>.</w:t>
      </w:r>
    </w:p>
    <w:p w14:paraId="1BACC082" w14:textId="22082BEC" w:rsidR="00E82481" w:rsidRPr="00DF58DE" w:rsidRDefault="0075030D" w:rsidP="00DF58DE">
      <w:pPr>
        <w:pStyle w:val="LegalHeading"/>
        <w:numPr>
          <w:ilvl w:val="0"/>
          <w:numId w:val="11"/>
        </w:numPr>
        <w:rPr>
          <w:sz w:val="24"/>
          <w:szCs w:val="24"/>
          <w:lang w:val="ru-RU"/>
        </w:rPr>
      </w:pPr>
      <w:r w:rsidRPr="00DF58DE">
        <w:rPr>
          <w:sz w:val="24"/>
          <w:szCs w:val="24"/>
          <w:lang w:val="ru-RU" w:eastAsia="ru-RU"/>
        </w:rPr>
        <w:t>Разборы вопросов и заданий участников</w:t>
      </w:r>
    </w:p>
    <w:p w14:paraId="4D61F73E" w14:textId="2E89B3F5" w:rsidR="00E82481" w:rsidRPr="00DF58DE" w:rsidRDefault="0075030D" w:rsidP="00DF58DE">
      <w:pPr>
        <w:pStyle w:val="ae"/>
        <w:numPr>
          <w:ilvl w:val="1"/>
          <w:numId w:val="11"/>
        </w:numPr>
        <w:rPr>
          <w:sz w:val="20"/>
          <w:szCs w:val="20"/>
          <w:lang w:val="ru-RU"/>
        </w:rPr>
      </w:pPr>
      <w:r w:rsidRPr="00DF58DE">
        <w:rPr>
          <w:sz w:val="20"/>
          <w:szCs w:val="20"/>
          <w:lang w:val="ru-RU" w:eastAsia="ru-RU"/>
        </w:rPr>
        <w:t>В рамках Мероприятия эксперты могут разбирать отдельные вопросы, ситуации, комментарии или выполненные задания участников.</w:t>
      </w:r>
    </w:p>
    <w:p w14:paraId="4256F252" w14:textId="37D8F573" w:rsidR="00E82481" w:rsidRPr="00DF58DE" w:rsidRDefault="0075030D" w:rsidP="00DF58DE">
      <w:pPr>
        <w:pStyle w:val="ae"/>
        <w:numPr>
          <w:ilvl w:val="1"/>
          <w:numId w:val="11"/>
        </w:numPr>
        <w:rPr>
          <w:sz w:val="20"/>
          <w:szCs w:val="20"/>
          <w:lang w:val="ru-RU"/>
        </w:rPr>
      </w:pPr>
      <w:r w:rsidRPr="00DF58DE">
        <w:rPr>
          <w:sz w:val="20"/>
          <w:szCs w:val="20"/>
          <w:lang w:val="ru-RU" w:eastAsia="ru-RU"/>
        </w:rPr>
        <w:t>Эксперты самостоятельно выбирают вопросы и ситуации для разбора с учет</w:t>
      </w:r>
      <w:r w:rsidRPr="00DF58DE">
        <w:rPr>
          <w:sz w:val="20"/>
          <w:szCs w:val="20"/>
          <w:lang w:val="ru-RU" w:eastAsia="ru-RU"/>
        </w:rPr>
        <w:t>ом соответствия программе Мероприятия, полноты предоставленной информации, практической пользы для других участников, возможности провести разбор без раскрытия излишних персональных данных и имеющегося времени.</w:t>
      </w:r>
    </w:p>
    <w:p w14:paraId="1C9B03BD" w14:textId="65164E10" w:rsidR="00E82481" w:rsidRPr="00DF58DE" w:rsidRDefault="0075030D" w:rsidP="00DF58DE">
      <w:pPr>
        <w:pStyle w:val="ae"/>
        <w:numPr>
          <w:ilvl w:val="1"/>
          <w:numId w:val="11"/>
        </w:numPr>
        <w:rPr>
          <w:sz w:val="20"/>
          <w:szCs w:val="20"/>
          <w:lang w:val="ru-RU"/>
        </w:rPr>
      </w:pPr>
      <w:r w:rsidRPr="00DF58DE">
        <w:rPr>
          <w:sz w:val="20"/>
          <w:szCs w:val="20"/>
          <w:lang w:val="ru-RU" w:eastAsia="ru-RU"/>
        </w:rPr>
        <w:t xml:space="preserve">Регистрация или выполнение </w:t>
      </w:r>
      <w:r w:rsidRPr="00DF58DE">
        <w:rPr>
          <w:sz w:val="20"/>
          <w:szCs w:val="20"/>
          <w:lang w:val="ru-RU" w:eastAsia="ru-RU"/>
        </w:rPr>
        <w:t>задания не гарантируют участнику проведение индивидуального либо публичного разбора его ситуации.</w:t>
      </w:r>
    </w:p>
    <w:p w14:paraId="01EB3C3C" w14:textId="7FB15AF4" w:rsidR="00E82481" w:rsidRPr="00DF58DE" w:rsidRDefault="0075030D" w:rsidP="00DF58DE">
      <w:pPr>
        <w:pStyle w:val="ae"/>
        <w:numPr>
          <w:ilvl w:val="1"/>
          <w:numId w:val="11"/>
        </w:numPr>
        <w:rPr>
          <w:sz w:val="20"/>
          <w:szCs w:val="20"/>
          <w:lang w:val="ru-RU"/>
        </w:rPr>
      </w:pPr>
      <w:r w:rsidRPr="00DF58DE">
        <w:rPr>
          <w:sz w:val="20"/>
          <w:szCs w:val="20"/>
          <w:lang w:val="ru-RU" w:eastAsia="ru-RU"/>
        </w:rPr>
        <w:t>Выбор вопросов для разбора не является конкурсом, лотереей или розыгрышем, не предполагает случайного определения победителя и не предоставляет участнику</w:t>
      </w:r>
      <w:r w:rsidRPr="00DF58DE">
        <w:rPr>
          <w:sz w:val="20"/>
          <w:szCs w:val="20"/>
          <w:lang w:val="ru-RU" w:eastAsia="ru-RU"/>
        </w:rPr>
        <w:t xml:space="preserve"> право требовать проведение разбора или выплату его денежного эквивалента.</w:t>
      </w:r>
    </w:p>
    <w:p w14:paraId="387283B8" w14:textId="221133F4" w:rsidR="00E82481" w:rsidRPr="00DF58DE" w:rsidRDefault="0075030D" w:rsidP="00DF58DE">
      <w:pPr>
        <w:pStyle w:val="ae"/>
        <w:numPr>
          <w:ilvl w:val="1"/>
          <w:numId w:val="11"/>
        </w:numPr>
        <w:rPr>
          <w:sz w:val="20"/>
          <w:szCs w:val="20"/>
          <w:lang w:val="ru-RU"/>
        </w:rPr>
      </w:pPr>
      <w:r w:rsidRPr="00DF58DE">
        <w:rPr>
          <w:sz w:val="20"/>
          <w:szCs w:val="20"/>
          <w:lang w:val="ru-RU" w:eastAsia="ru-RU"/>
        </w:rPr>
        <w:t>Разборы носят общий информационный характер и проводятся на основании сведений, добровольно предоставленных участником.</w:t>
      </w:r>
    </w:p>
    <w:p w14:paraId="1C33ECFC" w14:textId="46112DCB" w:rsidR="00E82481" w:rsidRPr="00DF58DE" w:rsidRDefault="0075030D" w:rsidP="00DF58DE">
      <w:pPr>
        <w:pStyle w:val="LegalHeading"/>
        <w:numPr>
          <w:ilvl w:val="0"/>
          <w:numId w:val="11"/>
        </w:numPr>
        <w:rPr>
          <w:sz w:val="24"/>
          <w:szCs w:val="24"/>
          <w:lang w:val="ru-RU"/>
        </w:rPr>
      </w:pPr>
      <w:r w:rsidRPr="00DF58DE">
        <w:rPr>
          <w:sz w:val="24"/>
          <w:szCs w:val="24"/>
          <w:lang w:val="ru-RU" w:eastAsia="ru-RU"/>
        </w:rPr>
        <w:t>Информация о здоровье, питании и биологически активны</w:t>
      </w:r>
      <w:r w:rsidRPr="00DF58DE">
        <w:rPr>
          <w:sz w:val="24"/>
          <w:szCs w:val="24"/>
          <w:lang w:val="ru-RU" w:eastAsia="ru-RU"/>
        </w:rPr>
        <w:t>х добавках</w:t>
      </w:r>
    </w:p>
    <w:p w14:paraId="0F174070" w14:textId="1C16B032" w:rsidR="00E82481" w:rsidRPr="00DF58DE" w:rsidRDefault="0075030D" w:rsidP="00DF58DE">
      <w:pPr>
        <w:pStyle w:val="ae"/>
        <w:numPr>
          <w:ilvl w:val="1"/>
          <w:numId w:val="11"/>
        </w:numPr>
        <w:rPr>
          <w:sz w:val="20"/>
          <w:szCs w:val="20"/>
          <w:lang w:val="ru-RU"/>
        </w:rPr>
      </w:pPr>
      <w:r w:rsidRPr="00DF58DE">
        <w:rPr>
          <w:sz w:val="20"/>
          <w:szCs w:val="20"/>
          <w:lang w:val="ru-RU" w:eastAsia="ru-RU"/>
        </w:rPr>
        <w:t>Информация о здоровье, питании, витаминах и биологически активных добавках предоставляется исключительно в информационных и просветительских целях.</w:t>
      </w:r>
    </w:p>
    <w:p w14:paraId="0A0FC7B5" w14:textId="32DCC944" w:rsidR="00E82481" w:rsidRPr="00DF58DE" w:rsidRDefault="0075030D" w:rsidP="00DF58DE">
      <w:pPr>
        <w:pStyle w:val="ae"/>
        <w:numPr>
          <w:ilvl w:val="1"/>
          <w:numId w:val="11"/>
        </w:numPr>
        <w:rPr>
          <w:sz w:val="20"/>
          <w:szCs w:val="20"/>
          <w:lang w:val="ru-RU"/>
        </w:rPr>
      </w:pPr>
      <w:r w:rsidRPr="00DF58DE">
        <w:rPr>
          <w:sz w:val="20"/>
          <w:szCs w:val="20"/>
          <w:lang w:val="ru-RU" w:eastAsia="ru-RU"/>
        </w:rPr>
        <w:t>Мероприятие не является медицинской услугой. Организатор, Партнер и эксперты в рамках М</w:t>
      </w:r>
      <w:r w:rsidRPr="00DF58DE">
        <w:rPr>
          <w:sz w:val="20"/>
          <w:szCs w:val="20"/>
          <w:lang w:val="ru-RU" w:eastAsia="ru-RU"/>
        </w:rPr>
        <w:t>ероприятия не проводят медицинскую диагностику, не устанавливают диагнозы, не назначают лечение или лекарственные препараты, не отменяют ранее назначенное лечение и не оказывают экстренную медицинскую помощь.</w:t>
      </w:r>
    </w:p>
    <w:p w14:paraId="1A6D1504" w14:textId="67EEBAFC" w:rsidR="00E82481" w:rsidRPr="00DF58DE" w:rsidRDefault="0075030D" w:rsidP="00DF58DE">
      <w:pPr>
        <w:pStyle w:val="ae"/>
        <w:numPr>
          <w:ilvl w:val="1"/>
          <w:numId w:val="11"/>
        </w:numPr>
        <w:rPr>
          <w:sz w:val="20"/>
          <w:szCs w:val="20"/>
          <w:lang w:val="ru-RU"/>
        </w:rPr>
      </w:pPr>
      <w:r w:rsidRPr="00DF58DE">
        <w:rPr>
          <w:sz w:val="20"/>
          <w:szCs w:val="20"/>
          <w:lang w:val="ru-RU" w:eastAsia="ru-RU"/>
        </w:rPr>
        <w:t>Информация, полученная в рамках Мероприяти</w:t>
      </w:r>
      <w:r w:rsidRPr="00DF58DE">
        <w:rPr>
          <w:sz w:val="20"/>
          <w:szCs w:val="20"/>
          <w:lang w:val="ru-RU" w:eastAsia="ru-RU"/>
        </w:rPr>
        <w:t>я, не заменяет консультацию врача или иного медицинского специалиста.</w:t>
      </w:r>
    </w:p>
    <w:p w14:paraId="65CBFF03" w14:textId="7EB97DF1" w:rsidR="00E82481" w:rsidRPr="00DF58DE" w:rsidRDefault="0075030D" w:rsidP="00DF58DE">
      <w:pPr>
        <w:pStyle w:val="ae"/>
        <w:numPr>
          <w:ilvl w:val="1"/>
          <w:numId w:val="11"/>
        </w:numPr>
        <w:rPr>
          <w:sz w:val="20"/>
          <w:szCs w:val="20"/>
          <w:lang w:val="ru-RU"/>
        </w:rPr>
      </w:pPr>
      <w:r w:rsidRPr="00DF58DE">
        <w:rPr>
          <w:sz w:val="20"/>
          <w:szCs w:val="20"/>
          <w:lang w:val="ru-RU" w:eastAsia="ru-RU"/>
        </w:rPr>
        <w:t>Перед применением витаминов, биологически активных добавок, изменением питания, физической нагрузки или привычного режима участнику необходимо учитывать индивидуальные противопоказа</w:t>
      </w:r>
      <w:r w:rsidRPr="00DF58DE">
        <w:rPr>
          <w:sz w:val="20"/>
          <w:szCs w:val="20"/>
          <w:lang w:val="ru-RU" w:eastAsia="ru-RU"/>
        </w:rPr>
        <w:t>ния и при необходимости проконсультироваться с врачом.</w:t>
      </w:r>
    </w:p>
    <w:p w14:paraId="32E361D0" w14:textId="28417D70" w:rsidR="00E82481" w:rsidRPr="00DF58DE" w:rsidRDefault="0075030D" w:rsidP="00DF58DE">
      <w:pPr>
        <w:pStyle w:val="ae"/>
        <w:numPr>
          <w:ilvl w:val="1"/>
          <w:numId w:val="11"/>
        </w:numPr>
        <w:rPr>
          <w:sz w:val="20"/>
          <w:szCs w:val="20"/>
          <w:lang w:val="ru-RU"/>
        </w:rPr>
      </w:pPr>
      <w:r w:rsidRPr="00DF58DE">
        <w:rPr>
          <w:sz w:val="20"/>
          <w:szCs w:val="20"/>
          <w:lang w:val="ru-RU" w:eastAsia="ru-RU"/>
        </w:rPr>
        <w:t>Участник не должен публиковать в открытых комментариях или чатах диагнозы, сведения о заболеваниях, результаты анализов и обследований, медицинские документы, назначения врачей, сведения об инвали</w:t>
      </w:r>
      <w:r w:rsidRPr="00DF58DE">
        <w:rPr>
          <w:sz w:val="20"/>
          <w:szCs w:val="20"/>
          <w:lang w:val="ru-RU" w:eastAsia="ru-RU"/>
        </w:rPr>
        <w:t>дности, информацию о состоянии здоровья других лиц и иные сведения, которые участник не готов раскрыть</w:t>
      </w:r>
      <w:r w:rsidR="00DF58DE">
        <w:rPr>
          <w:sz w:val="20"/>
          <w:szCs w:val="20"/>
          <w:lang w:val="ru-RU" w:eastAsia="ru-RU"/>
        </w:rPr>
        <w:t xml:space="preserve"> третьим лицам (в том числе, организатору, партнеру, другим участникам)</w:t>
      </w:r>
      <w:r w:rsidRPr="00DF58DE">
        <w:rPr>
          <w:sz w:val="20"/>
          <w:szCs w:val="20"/>
          <w:lang w:val="ru-RU" w:eastAsia="ru-RU"/>
        </w:rPr>
        <w:t>.</w:t>
      </w:r>
    </w:p>
    <w:p w14:paraId="348C2022" w14:textId="179D1A5C" w:rsidR="00E82481" w:rsidRPr="00B44300" w:rsidRDefault="0075030D" w:rsidP="00B44300">
      <w:pPr>
        <w:pStyle w:val="LegalHeading"/>
        <w:numPr>
          <w:ilvl w:val="0"/>
          <w:numId w:val="11"/>
        </w:numPr>
        <w:rPr>
          <w:sz w:val="24"/>
          <w:szCs w:val="24"/>
          <w:lang w:val="ru-RU"/>
        </w:rPr>
      </w:pPr>
      <w:r w:rsidRPr="00B44300">
        <w:rPr>
          <w:sz w:val="24"/>
          <w:szCs w:val="24"/>
          <w:lang w:val="ru-RU" w:eastAsia="ru-RU"/>
        </w:rPr>
        <w:t>Правила поведения</w:t>
      </w:r>
    </w:p>
    <w:p w14:paraId="7EB99901" w14:textId="010903A8" w:rsidR="00E82481" w:rsidRPr="00B44300" w:rsidRDefault="0075030D" w:rsidP="00B44300">
      <w:pPr>
        <w:pStyle w:val="ae"/>
        <w:numPr>
          <w:ilvl w:val="1"/>
          <w:numId w:val="11"/>
        </w:numPr>
        <w:rPr>
          <w:sz w:val="20"/>
          <w:szCs w:val="20"/>
          <w:lang w:val="ru-RU"/>
        </w:rPr>
      </w:pPr>
      <w:r w:rsidRPr="00B44300">
        <w:rPr>
          <w:sz w:val="20"/>
          <w:szCs w:val="20"/>
          <w:lang w:val="ru-RU" w:eastAsia="ru-RU"/>
        </w:rPr>
        <w:t>При общении в каналах, чатах и комментариях участник обязан соблюдать законодательство Российской Федерации, уважительно относиться к другим участникам и экспертам, придерживаться тематики Мероприятия, не размещать чужие</w:t>
      </w:r>
      <w:r w:rsidRPr="00B44300">
        <w:rPr>
          <w:sz w:val="20"/>
          <w:szCs w:val="20"/>
          <w:lang w:val="ru-RU" w:eastAsia="ru-RU"/>
        </w:rPr>
        <w:t xml:space="preserve"> персональные данные и не нарушать права третьих лиц.</w:t>
      </w:r>
    </w:p>
    <w:p w14:paraId="312FC7B5" w14:textId="135B1684" w:rsidR="00E82481" w:rsidRPr="00B44300" w:rsidRDefault="0075030D" w:rsidP="00B44300">
      <w:pPr>
        <w:pStyle w:val="ae"/>
        <w:numPr>
          <w:ilvl w:val="1"/>
          <w:numId w:val="11"/>
        </w:numPr>
        <w:rPr>
          <w:sz w:val="20"/>
          <w:szCs w:val="20"/>
          <w:lang w:val="ru-RU"/>
        </w:rPr>
      </w:pPr>
      <w:r w:rsidRPr="00B44300">
        <w:rPr>
          <w:sz w:val="20"/>
          <w:szCs w:val="20"/>
          <w:lang w:val="ru-RU" w:eastAsia="ru-RU"/>
        </w:rPr>
        <w:t>Не допускаются оскорбления, угрозы, травля, дискриминационные высказывания, спам, массовые однотипные сообщения, размещение рекламы без согласования с Организатором, публикация вредоносных файлов и</w:t>
      </w:r>
      <w:r w:rsidRPr="00B44300">
        <w:rPr>
          <w:sz w:val="20"/>
          <w:szCs w:val="20"/>
          <w:lang w:val="ru-RU" w:eastAsia="ru-RU"/>
        </w:rPr>
        <w:t xml:space="preserve"> ссылок, выдача себя за Организатора, Партнера или эксперта, сбор контактов других участников для последующей рекламы, размещение незаконной информации и распространение заведомо недостоверной информации от имени Организатора или Партнера.</w:t>
      </w:r>
    </w:p>
    <w:p w14:paraId="110D267A" w14:textId="1E3BB840" w:rsidR="00E82481" w:rsidRPr="00B44300" w:rsidRDefault="0075030D" w:rsidP="00B44300">
      <w:pPr>
        <w:pStyle w:val="ae"/>
        <w:numPr>
          <w:ilvl w:val="1"/>
          <w:numId w:val="11"/>
        </w:numPr>
        <w:rPr>
          <w:sz w:val="20"/>
          <w:szCs w:val="20"/>
          <w:lang w:val="ru-RU"/>
        </w:rPr>
      </w:pPr>
      <w:r w:rsidRPr="00B44300">
        <w:rPr>
          <w:sz w:val="20"/>
          <w:szCs w:val="20"/>
          <w:lang w:val="ru-RU" w:eastAsia="ru-RU"/>
        </w:rPr>
        <w:t>Организатор</w:t>
      </w:r>
      <w:r w:rsidRPr="00B44300">
        <w:rPr>
          <w:sz w:val="20"/>
          <w:szCs w:val="20"/>
          <w:lang w:val="ru-RU" w:eastAsia="ru-RU"/>
        </w:rPr>
        <w:t xml:space="preserve"> вправе без предварительного предупреждения удалить отдельное сообщение, ограничить возможность комментирования либо временно или постоянно прекратить доступ участника к чату или каналу, если участник нарушает настоящие Правила либо мешает проведению Мероп</w:t>
      </w:r>
      <w:r w:rsidRPr="00B44300">
        <w:rPr>
          <w:sz w:val="20"/>
          <w:szCs w:val="20"/>
          <w:lang w:val="ru-RU" w:eastAsia="ru-RU"/>
        </w:rPr>
        <w:t>риятия.</w:t>
      </w:r>
    </w:p>
    <w:p w14:paraId="4089C0E1" w14:textId="399F5057" w:rsidR="00E82481" w:rsidRPr="00B44300" w:rsidRDefault="0075030D" w:rsidP="00B44300">
      <w:pPr>
        <w:pStyle w:val="ae"/>
        <w:numPr>
          <w:ilvl w:val="1"/>
          <w:numId w:val="11"/>
        </w:numPr>
        <w:rPr>
          <w:sz w:val="20"/>
          <w:szCs w:val="20"/>
          <w:lang w:val="ru-RU"/>
        </w:rPr>
      </w:pPr>
      <w:r w:rsidRPr="00B44300">
        <w:rPr>
          <w:sz w:val="20"/>
          <w:szCs w:val="20"/>
          <w:lang w:val="ru-RU" w:eastAsia="ru-RU"/>
        </w:rPr>
        <w:t>Ограничение доступа в связи с нарушением Правил не создает у участника права требовать денежную компенсацию, поскольку участие в Мероприятии является бесплатным.</w:t>
      </w:r>
    </w:p>
    <w:p w14:paraId="2E8B2B1D" w14:textId="666DD0E5" w:rsidR="00E82481" w:rsidRPr="00B44300" w:rsidRDefault="0075030D" w:rsidP="00B44300">
      <w:pPr>
        <w:pStyle w:val="LegalHeading"/>
        <w:numPr>
          <w:ilvl w:val="0"/>
          <w:numId w:val="11"/>
        </w:numPr>
        <w:rPr>
          <w:sz w:val="24"/>
          <w:szCs w:val="24"/>
          <w:lang w:val="ru-RU"/>
        </w:rPr>
      </w:pPr>
      <w:r w:rsidRPr="00B44300">
        <w:rPr>
          <w:sz w:val="24"/>
          <w:szCs w:val="24"/>
          <w:lang w:val="ru-RU" w:eastAsia="ru-RU"/>
        </w:rPr>
        <w:lastRenderedPageBreak/>
        <w:t>Интеллектуальная собственность</w:t>
      </w:r>
    </w:p>
    <w:p w14:paraId="2C01D532" w14:textId="0C11E1F3" w:rsidR="00E82481" w:rsidRPr="00B44300" w:rsidRDefault="0075030D" w:rsidP="00B44300">
      <w:pPr>
        <w:pStyle w:val="ae"/>
        <w:numPr>
          <w:ilvl w:val="1"/>
          <w:numId w:val="11"/>
        </w:numPr>
        <w:rPr>
          <w:sz w:val="20"/>
          <w:szCs w:val="20"/>
          <w:lang w:val="ru-RU"/>
        </w:rPr>
      </w:pPr>
      <w:r w:rsidRPr="00B44300">
        <w:rPr>
          <w:sz w:val="20"/>
          <w:szCs w:val="20"/>
          <w:lang w:val="ru-RU" w:eastAsia="ru-RU"/>
        </w:rPr>
        <w:t>Материалы Мероприятия, включая тексты, видео, аудиозаписи, презентации, изображения, задания, чек-листы, инструкции, логотипы и дизайн, являются объектами интеллектуальной собственности Ор</w:t>
      </w:r>
      <w:r w:rsidRPr="00B44300">
        <w:rPr>
          <w:sz w:val="20"/>
          <w:szCs w:val="20"/>
          <w:lang w:val="ru-RU" w:eastAsia="ru-RU"/>
        </w:rPr>
        <w:t>ганизатора, Партнера либо иных правообладателей.</w:t>
      </w:r>
    </w:p>
    <w:p w14:paraId="5D5CBAF3" w14:textId="2515E266" w:rsidR="00E82481" w:rsidRPr="00B44300" w:rsidRDefault="0075030D" w:rsidP="00B44300">
      <w:pPr>
        <w:pStyle w:val="ae"/>
        <w:numPr>
          <w:ilvl w:val="1"/>
          <w:numId w:val="11"/>
        </w:numPr>
        <w:rPr>
          <w:sz w:val="20"/>
          <w:szCs w:val="20"/>
          <w:lang w:val="ru-RU"/>
        </w:rPr>
      </w:pPr>
      <w:r w:rsidRPr="00B44300">
        <w:rPr>
          <w:sz w:val="20"/>
          <w:szCs w:val="20"/>
          <w:lang w:val="ru-RU" w:eastAsia="ru-RU"/>
        </w:rPr>
        <w:t>Участнику предоставляется право использовать полученные материалы исключительно в личных некоммерческих целях.</w:t>
      </w:r>
    </w:p>
    <w:p w14:paraId="497CE9AC" w14:textId="414EB5AA" w:rsidR="00E82481" w:rsidRPr="00B44300" w:rsidRDefault="0075030D" w:rsidP="00B44300">
      <w:pPr>
        <w:pStyle w:val="ae"/>
        <w:numPr>
          <w:ilvl w:val="1"/>
          <w:numId w:val="11"/>
        </w:numPr>
        <w:rPr>
          <w:sz w:val="20"/>
          <w:szCs w:val="20"/>
          <w:lang w:val="ru-RU"/>
        </w:rPr>
      </w:pPr>
      <w:r w:rsidRPr="00B44300">
        <w:rPr>
          <w:sz w:val="20"/>
          <w:szCs w:val="20"/>
          <w:lang w:val="ru-RU" w:eastAsia="ru-RU"/>
        </w:rPr>
        <w:t>Без предварительного письменного согласия соответствующего правообладателя запрещает</w:t>
      </w:r>
      <w:r w:rsidRPr="00B44300">
        <w:rPr>
          <w:sz w:val="20"/>
          <w:szCs w:val="20"/>
          <w:lang w:val="ru-RU" w:eastAsia="ru-RU"/>
        </w:rPr>
        <w:t>ся размещать материалы в открытом доступе, продавать или иным образом распространять их, передавать доступ третьим лицам, полностью записывать и распространять эфиры, использовать материалы при оказании собственных платных услуг, удалять обозначения авторс</w:t>
      </w:r>
      <w:r w:rsidRPr="00B44300">
        <w:rPr>
          <w:sz w:val="20"/>
          <w:szCs w:val="20"/>
          <w:lang w:val="ru-RU" w:eastAsia="ru-RU"/>
        </w:rPr>
        <w:t>тва и правообладателя, а также использовать логотипы Организатора или Партнера.</w:t>
      </w:r>
    </w:p>
    <w:p w14:paraId="4E889D00" w14:textId="4279B664" w:rsidR="00E82481" w:rsidRPr="00211622" w:rsidRDefault="0075030D" w:rsidP="00211622">
      <w:pPr>
        <w:pStyle w:val="LegalHeading"/>
        <w:numPr>
          <w:ilvl w:val="0"/>
          <w:numId w:val="11"/>
        </w:numPr>
        <w:rPr>
          <w:sz w:val="24"/>
          <w:szCs w:val="24"/>
          <w:lang w:val="ru-RU"/>
        </w:rPr>
      </w:pPr>
      <w:r w:rsidRPr="00211622">
        <w:rPr>
          <w:sz w:val="24"/>
          <w:szCs w:val="24"/>
          <w:lang w:val="ru-RU" w:eastAsia="ru-RU"/>
        </w:rPr>
        <w:t>Ответственность</w:t>
      </w:r>
    </w:p>
    <w:p w14:paraId="69FBDDE4" w14:textId="533562E3" w:rsidR="00E82481" w:rsidRPr="00211622" w:rsidRDefault="0075030D" w:rsidP="00211622">
      <w:pPr>
        <w:pStyle w:val="ae"/>
        <w:numPr>
          <w:ilvl w:val="1"/>
          <w:numId w:val="11"/>
        </w:numPr>
        <w:rPr>
          <w:sz w:val="20"/>
          <w:szCs w:val="20"/>
          <w:lang w:val="ru-RU"/>
        </w:rPr>
      </w:pPr>
      <w:r w:rsidRPr="00211622">
        <w:rPr>
          <w:sz w:val="20"/>
          <w:szCs w:val="20"/>
          <w:lang w:val="ru-RU" w:eastAsia="ru-RU"/>
        </w:rPr>
        <w:t>Организатор и Партнер отвечают за свои действия и предоставленные ими материалы в соответствии с законодательством Российской Федерации.</w:t>
      </w:r>
    </w:p>
    <w:p w14:paraId="7E7C6C4F" w14:textId="421F8F62" w:rsidR="00E82481" w:rsidRPr="00211622" w:rsidRDefault="0075030D" w:rsidP="00211622">
      <w:pPr>
        <w:pStyle w:val="ae"/>
        <w:numPr>
          <w:ilvl w:val="1"/>
          <w:numId w:val="11"/>
        </w:numPr>
        <w:rPr>
          <w:sz w:val="20"/>
          <w:szCs w:val="20"/>
          <w:lang w:val="ru-RU"/>
        </w:rPr>
      </w:pPr>
      <w:r w:rsidRPr="00211622">
        <w:rPr>
          <w:sz w:val="20"/>
          <w:szCs w:val="20"/>
          <w:lang w:val="ru-RU" w:eastAsia="ru-RU"/>
        </w:rPr>
        <w:t xml:space="preserve">Организатор </w:t>
      </w:r>
      <w:r w:rsidRPr="00211622">
        <w:rPr>
          <w:sz w:val="20"/>
          <w:szCs w:val="20"/>
          <w:lang w:val="ru-RU" w:eastAsia="ru-RU"/>
        </w:rPr>
        <w:t>не отвечает за содержание материалов, предоставленных Партнером, а Партнер не отвечает за содержание материалов, предоставленных Организатором.</w:t>
      </w:r>
    </w:p>
    <w:p w14:paraId="065415E7" w14:textId="4FCC722D" w:rsidR="00E82481" w:rsidRPr="00211622" w:rsidRDefault="0075030D" w:rsidP="00211622">
      <w:pPr>
        <w:pStyle w:val="ae"/>
        <w:numPr>
          <w:ilvl w:val="1"/>
          <w:numId w:val="11"/>
        </w:numPr>
        <w:rPr>
          <w:sz w:val="20"/>
          <w:szCs w:val="20"/>
          <w:lang w:val="ru-RU"/>
        </w:rPr>
      </w:pPr>
      <w:r w:rsidRPr="00211622">
        <w:rPr>
          <w:sz w:val="20"/>
          <w:szCs w:val="20"/>
          <w:lang w:val="ru-RU" w:eastAsia="ru-RU"/>
        </w:rPr>
        <w:t>Участник самостоятельно принимает решения на основании полученной информации и несет ответственность за их</w:t>
      </w:r>
      <w:r w:rsidRPr="00211622">
        <w:rPr>
          <w:sz w:val="20"/>
          <w:szCs w:val="20"/>
          <w:lang w:val="ru-RU" w:eastAsia="ru-RU"/>
        </w:rPr>
        <w:t xml:space="preserve"> последствия.</w:t>
      </w:r>
    </w:p>
    <w:p w14:paraId="62D8F47D" w14:textId="7445AEF5" w:rsidR="00E82481" w:rsidRDefault="0075030D" w:rsidP="00211622">
      <w:pPr>
        <w:pStyle w:val="ae"/>
        <w:numPr>
          <w:ilvl w:val="1"/>
          <w:numId w:val="11"/>
        </w:numPr>
        <w:rPr>
          <w:sz w:val="20"/>
          <w:szCs w:val="20"/>
          <w:lang w:val="ru-RU"/>
        </w:rPr>
      </w:pPr>
      <w:r w:rsidRPr="00211622">
        <w:rPr>
          <w:sz w:val="20"/>
          <w:szCs w:val="20"/>
          <w:lang w:val="ru-RU" w:eastAsia="ru-RU"/>
        </w:rPr>
        <w:t>Организатор и Партнер не отвечают за неправильное применение материалов</w:t>
      </w:r>
      <w:r w:rsidRPr="00211622">
        <w:rPr>
          <w:sz w:val="20"/>
          <w:szCs w:val="20"/>
          <w:lang w:val="ru-RU" w:eastAsia="ru-RU"/>
        </w:rPr>
        <w:t>.</w:t>
      </w:r>
    </w:p>
    <w:p w14:paraId="3055DD2C" w14:textId="5AE39134" w:rsidR="003009E2" w:rsidRPr="00211622" w:rsidRDefault="003009E2" w:rsidP="00211622">
      <w:pPr>
        <w:pStyle w:val="ae"/>
        <w:numPr>
          <w:ilvl w:val="1"/>
          <w:numId w:val="11"/>
        </w:numPr>
        <w:rPr>
          <w:sz w:val="20"/>
          <w:szCs w:val="20"/>
          <w:lang w:val="ru-RU"/>
        </w:rPr>
      </w:pPr>
      <w:r w:rsidRPr="00B44300">
        <w:rPr>
          <w:sz w:val="20"/>
          <w:szCs w:val="20"/>
          <w:lang w:val="ru-RU" w:eastAsia="ru-RU"/>
        </w:rPr>
        <w:t>Организатор не отвечает за невозможность участия, вызванную отсутствием интернета у участника, неисправностью его устройства, блокировкой или ограничениями учетной записи, ошибкой в указанных при регистрации данных, работой сторонних сервисов и операторов связи, а также настройками уведомлений или фильтрацией сообщений на стороне участника.</w:t>
      </w:r>
      <w:r>
        <w:rPr>
          <w:sz w:val="20"/>
          <w:szCs w:val="20"/>
          <w:lang w:val="ru-RU" w:eastAsia="ru-RU"/>
        </w:rPr>
        <w:t xml:space="preserve"> </w:t>
      </w:r>
    </w:p>
    <w:p w14:paraId="648F5D8B" w14:textId="4226EA83" w:rsidR="00E82481" w:rsidRPr="007C4FF9" w:rsidRDefault="0075030D" w:rsidP="007C4FF9">
      <w:pPr>
        <w:pStyle w:val="LegalHeading"/>
        <w:numPr>
          <w:ilvl w:val="0"/>
          <w:numId w:val="11"/>
        </w:numPr>
        <w:rPr>
          <w:sz w:val="24"/>
          <w:szCs w:val="24"/>
          <w:lang w:val="ru-RU"/>
        </w:rPr>
      </w:pPr>
      <w:r w:rsidRPr="007C4FF9">
        <w:rPr>
          <w:sz w:val="24"/>
          <w:szCs w:val="24"/>
          <w:lang w:val="ru-RU" w:eastAsia="ru-RU"/>
        </w:rPr>
        <w:t>Заключительные положения</w:t>
      </w:r>
    </w:p>
    <w:p w14:paraId="4B2279FA" w14:textId="03D3F641" w:rsidR="007C4FF9" w:rsidRPr="007C4FF9" w:rsidRDefault="007C4FF9" w:rsidP="007C4FF9">
      <w:pPr>
        <w:pStyle w:val="ae"/>
        <w:numPr>
          <w:ilvl w:val="1"/>
          <w:numId w:val="11"/>
        </w:numPr>
        <w:rPr>
          <w:sz w:val="20"/>
          <w:szCs w:val="20"/>
          <w:lang w:val="ru-RU"/>
        </w:rPr>
      </w:pPr>
      <w:r w:rsidRPr="007C4FF9">
        <w:rPr>
          <w:sz w:val="20"/>
          <w:szCs w:val="20"/>
          <w:lang w:val="ru-RU"/>
        </w:rPr>
        <w:t>Организатор вправе изменять настоящие Правила</w:t>
      </w:r>
      <w:r w:rsidRPr="007C4FF9">
        <w:rPr>
          <w:sz w:val="20"/>
          <w:szCs w:val="20"/>
          <w:lang w:val="ru-RU"/>
        </w:rPr>
        <w:t>.</w:t>
      </w:r>
    </w:p>
    <w:p w14:paraId="6B0497A0" w14:textId="137C8F71" w:rsidR="00E82481" w:rsidRPr="007C4FF9" w:rsidRDefault="0075030D" w:rsidP="007C4FF9">
      <w:pPr>
        <w:pStyle w:val="ae"/>
        <w:numPr>
          <w:ilvl w:val="1"/>
          <w:numId w:val="11"/>
        </w:numPr>
        <w:rPr>
          <w:sz w:val="20"/>
          <w:szCs w:val="20"/>
          <w:lang w:val="ru-RU"/>
        </w:rPr>
      </w:pPr>
      <w:r w:rsidRPr="007C4FF9">
        <w:rPr>
          <w:sz w:val="20"/>
          <w:szCs w:val="20"/>
          <w:lang w:val="ru-RU" w:eastAsia="ru-RU"/>
        </w:rPr>
        <w:t>К отношениям, связанн</w:t>
      </w:r>
      <w:r w:rsidRPr="007C4FF9">
        <w:rPr>
          <w:sz w:val="20"/>
          <w:szCs w:val="20"/>
          <w:lang w:val="ru-RU" w:eastAsia="ru-RU"/>
        </w:rPr>
        <w:t>ым с участием в Мероприятии, применяется законодательство Российской Федерации.</w:t>
      </w:r>
    </w:p>
    <w:p w14:paraId="120C8C81" w14:textId="52E9F3D6" w:rsidR="00E82481" w:rsidRPr="003009E2" w:rsidRDefault="007C4FF9" w:rsidP="003009E2">
      <w:pPr>
        <w:pStyle w:val="ae"/>
        <w:numPr>
          <w:ilvl w:val="1"/>
          <w:numId w:val="11"/>
        </w:numPr>
        <w:rPr>
          <w:sz w:val="20"/>
          <w:szCs w:val="20"/>
          <w:lang w:val="ru-RU"/>
        </w:rPr>
      </w:pPr>
      <w:r w:rsidRPr="007C4FF9">
        <w:rPr>
          <w:sz w:val="20"/>
          <w:szCs w:val="20"/>
          <w:lang w:val="ru-RU" w:eastAsia="ru-RU"/>
        </w:rPr>
        <w:t>А</w:t>
      </w:r>
      <w:r w:rsidR="0075030D" w:rsidRPr="007C4FF9">
        <w:rPr>
          <w:sz w:val="20"/>
          <w:szCs w:val="20"/>
          <w:lang w:val="ru-RU" w:eastAsia="ru-RU"/>
        </w:rPr>
        <w:t>ктуальная редакция Правил размещается на странице регистрации на Мероприятие.</w:t>
      </w:r>
    </w:p>
    <w:sectPr w:rsidR="00E82481" w:rsidRPr="003009E2">
      <w:footerReference w:type="default" r:id="rId8"/>
      <w:pgSz w:w="12240" w:h="15840"/>
      <w:pgMar w:top="1134" w:right="850" w:bottom="1134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86E27" w14:textId="77777777" w:rsidR="0075030D" w:rsidRDefault="0075030D">
      <w:r>
        <w:separator/>
      </w:r>
    </w:p>
  </w:endnote>
  <w:endnote w:type="continuationSeparator" w:id="0">
    <w:p w14:paraId="1616F37B" w14:textId="77777777" w:rsidR="0075030D" w:rsidRDefault="007503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F9CFC" w14:textId="77777777" w:rsidR="00E82481" w:rsidRDefault="0075030D">
    <w:pPr>
      <w:pStyle w:val="a7"/>
      <w:ind w:firstLine="0"/>
      <w:jc w:val="center"/>
    </w:pPr>
    <w:r>
      <w:rPr>
        <w:sz w:val="20"/>
      </w:rPr>
      <w:fldChar w:fldCharType="begin"/>
    </w:r>
    <w:r>
      <w:rPr>
        <w:sz w:val="20"/>
      </w:rPr>
      <w:instrText xml:space="preserve"> PAGE </w:instrText>
    </w:r>
    <w:r w:rsidR="003B1E9C">
      <w:rPr>
        <w:sz w:val="20"/>
      </w:rPr>
      <w:fldChar w:fldCharType="separate"/>
    </w:r>
    <w:r w:rsidR="003B1E9C">
      <w:rPr>
        <w:noProof/>
        <w:sz w:val="20"/>
      </w:rPr>
      <w:t>1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DA0F1" w14:textId="77777777" w:rsidR="0075030D" w:rsidRDefault="0075030D">
      <w:r>
        <w:separator/>
      </w:r>
    </w:p>
  </w:footnote>
  <w:footnote w:type="continuationSeparator" w:id="0">
    <w:p w14:paraId="499A3DE1" w14:textId="77777777" w:rsidR="0075030D" w:rsidRDefault="007503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4CD5792"/>
    <w:multiLevelType w:val="multilevel"/>
    <w:tmpl w:val="01E4DC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93" w:hanging="4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0" w15:restartNumberingAfterBreak="0">
    <w:nsid w:val="4C812430"/>
    <w:multiLevelType w:val="hybridMultilevel"/>
    <w:tmpl w:val="D8D84F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11622"/>
    <w:rsid w:val="0029639D"/>
    <w:rsid w:val="002C3A24"/>
    <w:rsid w:val="003009E2"/>
    <w:rsid w:val="00326F90"/>
    <w:rsid w:val="003B1E9C"/>
    <w:rsid w:val="0075030D"/>
    <w:rsid w:val="007C4FF9"/>
    <w:rsid w:val="007E478C"/>
    <w:rsid w:val="00AA1D8D"/>
    <w:rsid w:val="00B44300"/>
    <w:rsid w:val="00B47730"/>
    <w:rsid w:val="00CB0664"/>
    <w:rsid w:val="00DF58DE"/>
    <w:rsid w:val="00E8248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1E81BBB"/>
  <w14:defaultImageDpi w14:val="300"/>
  <w15:docId w15:val="{DCE984A2-C917-4478-8F62-67B1B45AD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0" w:line="240" w:lineRule="auto"/>
      <w:ind w:firstLine="709"/>
      <w:jc w:val="both"/>
    </w:pPr>
    <w:rPr>
      <w:rFonts w:ascii="Times New Roman" w:eastAsia="Times New Roman" w:hAnsi="Times New Roman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Heading">
    <w:name w:val="Legal Heading"/>
    <w:pPr>
      <w:keepNext/>
      <w:spacing w:before="160" w:after="60"/>
    </w:pPr>
    <w:rPr>
      <w:rFonts w:ascii="Times New Roman" w:eastAsia="Times New Roman" w:hAnsi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1214</Words>
  <Characters>8160</Characters>
  <Application>Microsoft Office Word</Application>
  <DocSecurity>0</DocSecurity>
  <Lines>185</Lines>
  <Paragraphs>95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Правила участия в онлайн-мероприятии</vt:lpstr>
      <vt:lpstr/>
    </vt:vector>
  </TitlesOfParts>
  <Manager/>
  <Company/>
  <LinksUpToDate>false</LinksUpToDate>
  <CharactersWithSpaces>9279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участия в онлайн-мероприятии</dc:title>
  <dc:subject/>
  <dc:creator/>
  <cp:keywords/>
  <dc:description/>
  <cp:lastModifiedBy>Кирилл Вохмянин</cp:lastModifiedBy>
  <cp:revision>2</cp:revision>
  <dcterms:created xsi:type="dcterms:W3CDTF">2013-12-23T23:15:00Z</dcterms:created>
  <dcterms:modified xsi:type="dcterms:W3CDTF">2026-07-29T14:20:00Z</dcterms:modified>
  <cp:category/>
</cp:coreProperties>
</file>